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BF0B5" w14:textId="47C88A4B" w:rsidR="00D1570F" w:rsidRDefault="0091489E">
      <w:pPr>
        <w:spacing w:after="0" w:line="240" w:lineRule="auto"/>
        <w:contextualSpacing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36E3C61" wp14:editId="1DF07590">
                <wp:simplePos x="0" y="0"/>
                <wp:positionH relativeFrom="column">
                  <wp:posOffset>3648956</wp:posOffset>
                </wp:positionH>
                <wp:positionV relativeFrom="paragraph">
                  <wp:posOffset>5638800</wp:posOffset>
                </wp:positionV>
                <wp:extent cx="1455576" cy="287383"/>
                <wp:effectExtent l="0" t="0" r="0" b="0"/>
                <wp:wrapNone/>
                <wp:docPr id="906890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576" cy="2873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2627C" w14:textId="7F5188FC" w:rsidR="0091489E" w:rsidRPr="0091489E" w:rsidRDefault="0091489E" w:rsidP="0091489E">
                            <w:pPr>
                              <w:jc w:val="center"/>
                              <w:rPr>
                                <w:color w:val="F2F2F2" w:themeColor="background1" w:themeShade="F2"/>
                              </w:rPr>
                            </w:pPr>
                            <w:r w:rsidRPr="0091489E">
                              <w:rPr>
                                <w:color w:val="F2F2F2" w:themeColor="background1" w:themeShade="F2"/>
                              </w:rPr>
                              <w:t>$</w:t>
                            </w:r>
                            <w:r>
                              <w:rPr>
                                <w:color w:val="F2F2F2" w:themeColor="background1" w:themeShade="F2"/>
                              </w:rPr>
                              <w:t>8</w:t>
                            </w:r>
                            <w:r w:rsidR="00620722">
                              <w:rPr>
                                <w:color w:val="F2F2F2" w:themeColor="background1" w:themeShade="F2"/>
                              </w:rPr>
                              <w:t xml:space="preserve"> each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E3C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3pt;margin-top:444pt;width:114.6pt;height:22.6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" filled="f" stroked="f">
                <v:textbox>
                  <w:txbxContent>
                    <w:p w14:paraId="2932627C" w14:textId="7F5188FC" w:rsidR="0091489E" w:rsidRPr="0091489E" w:rsidRDefault="0091489E" w:rsidP="0091489E">
                      <w:pPr>
                        <w:jc w:val="center"/>
                        <w:rPr>
                          <w:color w:val="F2F2F2" w:themeColor="background1" w:themeShade="F2"/>
                        </w:rPr>
                      </w:pPr>
                      <w:r w:rsidRPr="0091489E">
                        <w:rPr>
                          <w:color w:val="F2F2F2" w:themeColor="background1" w:themeShade="F2"/>
                        </w:rPr>
                        <w:t>$</w:t>
                      </w:r>
                      <w:r>
                        <w:rPr>
                          <w:color w:val="F2F2F2" w:themeColor="background1" w:themeShade="F2"/>
                        </w:rPr>
                        <w:t>8</w:t>
                      </w:r>
                      <w:r w:rsidR="00620722">
                        <w:rPr>
                          <w:color w:val="F2F2F2" w:themeColor="background1" w:themeShade="F2"/>
                        </w:rPr>
                        <w:t xml:space="preserve"> each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E0F5E72" wp14:editId="6C536E03">
                <wp:simplePos x="0" y="0"/>
                <wp:positionH relativeFrom="column">
                  <wp:posOffset>2015413</wp:posOffset>
                </wp:positionH>
                <wp:positionV relativeFrom="paragraph">
                  <wp:posOffset>5303520</wp:posOffset>
                </wp:positionV>
                <wp:extent cx="1455576" cy="287383"/>
                <wp:effectExtent l="0" t="0" r="0" b="0"/>
                <wp:wrapNone/>
                <wp:docPr id="1248783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576" cy="2873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76276" w14:textId="71942D48" w:rsidR="0091489E" w:rsidRPr="0091489E" w:rsidRDefault="0091489E" w:rsidP="0091489E">
                            <w:pPr>
                              <w:jc w:val="center"/>
                              <w:rPr>
                                <w:color w:val="F2F2F2" w:themeColor="background1" w:themeShade="F2"/>
                              </w:rPr>
                            </w:pPr>
                            <w:r w:rsidRPr="0091489E">
                              <w:rPr>
                                <w:color w:val="F2F2F2" w:themeColor="background1" w:themeShade="F2"/>
                              </w:rPr>
                              <w:t>$</w:t>
                            </w:r>
                            <w:r>
                              <w:rPr>
                                <w:color w:val="F2F2F2" w:themeColor="background1" w:themeShade="F2"/>
                              </w:rPr>
                              <w:t>50</w:t>
                            </w:r>
                            <w:r w:rsidR="00620722">
                              <w:rPr>
                                <w:color w:val="F2F2F2" w:themeColor="background1" w:themeShade="F2"/>
                              </w:rPr>
                              <w:t xml:space="preserve"> each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F5E72" id="_x0000_s1027" type="#_x0000_t202" style="position:absolute;left:0;text-align:left;margin-left:158.7pt;margin-top:417.6pt;width:114.6pt;height:22.6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" filled="f" stroked="f">
                <v:textbox>
                  <w:txbxContent>
                    <w:p w14:paraId="7E976276" w14:textId="71942D48" w:rsidR="0091489E" w:rsidRPr="0091489E" w:rsidRDefault="0091489E" w:rsidP="0091489E">
                      <w:pPr>
                        <w:jc w:val="center"/>
                        <w:rPr>
                          <w:color w:val="F2F2F2" w:themeColor="background1" w:themeShade="F2"/>
                        </w:rPr>
                      </w:pPr>
                      <w:r w:rsidRPr="0091489E">
                        <w:rPr>
                          <w:color w:val="F2F2F2" w:themeColor="background1" w:themeShade="F2"/>
                        </w:rPr>
                        <w:t>$</w:t>
                      </w:r>
                      <w:r>
                        <w:rPr>
                          <w:color w:val="F2F2F2" w:themeColor="background1" w:themeShade="F2"/>
                        </w:rPr>
                        <w:t>50</w:t>
                      </w:r>
                      <w:r w:rsidR="00620722">
                        <w:rPr>
                          <w:color w:val="F2F2F2" w:themeColor="background1" w:themeShade="F2"/>
                        </w:rPr>
                        <w:t xml:space="preserve"> each</w:t>
                      </w:r>
                    </w:p>
                  </w:txbxContent>
                </v:textbox>
              </v:shape>
            </w:pict>
          </mc:Fallback>
        </mc:AlternateContent>
      </w:r>
      <w:r w:rsidR="001C6110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AEE5293" wp14:editId="75D7741F">
                <wp:simplePos x="0" y="0"/>
                <wp:positionH relativeFrom="column">
                  <wp:posOffset>67181</wp:posOffset>
                </wp:positionH>
                <wp:positionV relativeFrom="paragraph">
                  <wp:posOffset>6527696</wp:posOffset>
                </wp:positionV>
                <wp:extent cx="1817254" cy="287383"/>
                <wp:effectExtent l="0" t="0" r="0" b="0"/>
                <wp:wrapNone/>
                <wp:docPr id="4608521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254" cy="2873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31426" w14:textId="26B62902" w:rsidR="001C6110" w:rsidRPr="0091489E" w:rsidRDefault="001C6110" w:rsidP="001C6110">
                            <w:pPr>
                              <w:jc w:val="center"/>
                              <w:rPr>
                                <w:color w:val="F2F2F2" w:themeColor="background1" w:themeShade="F2"/>
                              </w:rPr>
                            </w:pPr>
                            <w:r w:rsidRPr="0091489E">
                              <w:rPr>
                                <w:color w:val="F2F2F2" w:themeColor="background1" w:themeShade="F2"/>
                              </w:rPr>
                              <w:t>$200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E5293" id="_x0000_s1028" type="#_x0000_t202" style="position:absolute;left:0;text-align:left;margin-left:5.3pt;margin-top:514pt;width:143.1pt;height:22.6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" filled="f" stroked="f">
                <v:textbox>
                  <w:txbxContent>
                    <w:p w14:paraId="6F531426" w14:textId="26B62902" w:rsidR="001C6110" w:rsidRPr="0091489E" w:rsidRDefault="001C6110" w:rsidP="001C6110">
                      <w:pPr>
                        <w:jc w:val="center"/>
                        <w:rPr>
                          <w:color w:val="F2F2F2" w:themeColor="background1" w:themeShade="F2"/>
                        </w:rPr>
                      </w:pPr>
                      <w:r w:rsidRPr="0091489E">
                        <w:rPr>
                          <w:color w:val="F2F2F2" w:themeColor="background1" w:themeShade="F2"/>
                        </w:rPr>
                        <w:t>$200</w:t>
                      </w:r>
                    </w:p>
                  </w:txbxContent>
                </v:textbox>
              </v:shape>
            </w:pict>
          </mc:Fallback>
        </mc:AlternateContent>
      </w:r>
      <w:r w:rsidR="001C611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48C283C" wp14:editId="5AFD8878">
                <wp:simplePos x="0" y="0"/>
                <wp:positionH relativeFrom="column">
                  <wp:posOffset>3762103</wp:posOffset>
                </wp:positionH>
                <wp:positionV relativeFrom="paragraph">
                  <wp:posOffset>4254759</wp:posOffset>
                </wp:positionV>
                <wp:extent cx="1223010" cy="1586204"/>
                <wp:effectExtent l="0" t="0" r="0" b="0"/>
                <wp:wrapNone/>
                <wp:docPr id="213439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010" cy="1586204"/>
                        </a:xfrm>
                        <a:prstGeom prst="rect">
                          <a:avLst/>
                        </a:prstGeom>
                        <a:solidFill>
                          <a:srgbClr val="FBF5E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601F4" w14:textId="77777777" w:rsidR="00794461" w:rsidRPr="00794461" w:rsidRDefault="00794461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794461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Age 8 and under. Allow 15</w:t>
                            </w:r>
                          </w:p>
                          <w:p w14:paraId="6FE5902E" w14:textId="77777777" w:rsidR="00794461" w:rsidRPr="00794461" w:rsidRDefault="00794461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794461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minutes.</w:t>
                            </w:r>
                          </w:p>
                          <w:p w14:paraId="54D92ACD" w14:textId="77777777" w:rsidR="00794461" w:rsidRPr="00794461" w:rsidRDefault="00794461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</w:p>
                          <w:p w14:paraId="52C212D4" w14:textId="77F36B12" w:rsidR="00794461" w:rsidRPr="00C0117F" w:rsidRDefault="00794461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794461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A </w:t>
                            </w:r>
                            <w:r w:rsidR="00D64F1A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soft, graceful, </w:t>
                            </w:r>
                            <w:r w:rsidRPr="00794461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touch </w:t>
                            </w:r>
                            <w:r w:rsidR="00D64F1A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of makeup for </w:t>
                            </w:r>
                            <w:r w:rsidRPr="00794461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the youngest guest of honor.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C283C" id="_x0000_s1027" type="#_x0000_t202" style="position:absolute;left:0;text-align:left;margin-left:296.25pt;margin-top:335pt;width:96.3pt;height:124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" fillcolor="#fbf5ee" stroked="f">
                <v:textbox>
                  <w:txbxContent>
                    <w:p w14:paraId="01E601F4" w14:textId="77777777" w:rsidR="00794461" w:rsidRPr="00794461" w:rsidRDefault="00794461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794461">
                        <w:rPr>
                          <w:rFonts w:ascii="Garamond" w:hAnsi="Garamond"/>
                          <w:sz w:val="14"/>
                          <w:szCs w:val="14"/>
                        </w:rPr>
                        <w:t>Age 8 and under. Allow 15</w:t>
                      </w:r>
                    </w:p>
                    <w:p w14:paraId="6FE5902E" w14:textId="77777777" w:rsidR="00794461" w:rsidRPr="00794461" w:rsidRDefault="00794461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794461">
                        <w:rPr>
                          <w:rFonts w:ascii="Garamond" w:hAnsi="Garamond"/>
                          <w:sz w:val="14"/>
                          <w:szCs w:val="14"/>
                        </w:rPr>
                        <w:t>minutes.</w:t>
                      </w:r>
                    </w:p>
                    <w:p w14:paraId="54D92ACD" w14:textId="77777777" w:rsidR="00794461" w:rsidRPr="00794461" w:rsidRDefault="00794461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</w:p>
                    <w:p w14:paraId="52C212D4" w14:textId="77F36B12" w:rsidR="00794461" w:rsidRPr="00C0117F" w:rsidRDefault="00794461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794461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A </w:t>
                      </w:r>
                      <w:r w:rsidR="00D64F1A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soft, graceful, </w:t>
                      </w:r>
                      <w:r w:rsidRPr="00794461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touch </w:t>
                      </w:r>
                      <w:r w:rsidR="00D64F1A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of makeup for </w:t>
                      </w:r>
                      <w:r w:rsidRPr="00794461">
                        <w:rPr>
                          <w:rFonts w:ascii="Garamond" w:hAnsi="Garamond"/>
                          <w:sz w:val="14"/>
                          <w:szCs w:val="14"/>
                        </w:rPr>
                        <w:t>the youngest guest of honor.</w:t>
                      </w:r>
                    </w:p>
                  </w:txbxContent>
                </v:textbox>
              </v:shape>
            </w:pict>
          </mc:Fallback>
        </mc:AlternateContent>
      </w:r>
      <w:r w:rsidR="001C611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9E7CB0" wp14:editId="0DB7186F">
                <wp:simplePos x="0" y="0"/>
                <wp:positionH relativeFrom="column">
                  <wp:posOffset>2131112</wp:posOffset>
                </wp:positionH>
                <wp:positionV relativeFrom="paragraph">
                  <wp:posOffset>4262224</wp:posOffset>
                </wp:positionV>
                <wp:extent cx="1223010" cy="1347340"/>
                <wp:effectExtent l="0" t="0" r="0" b="5715"/>
                <wp:wrapNone/>
                <wp:docPr id="1130466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010" cy="1347340"/>
                        </a:xfrm>
                        <a:prstGeom prst="rect">
                          <a:avLst/>
                        </a:prstGeom>
                        <a:solidFill>
                          <a:srgbClr val="FBF5E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E1EE3" w14:textId="0C7C3391" w:rsidR="00C0117F" w:rsidRPr="00C0117F" w:rsidRDefault="00C0117F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Allow up to</w:t>
                            </w:r>
                            <w:r w:rsidR="00890964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60</w:t>
                            </w:r>
                            <w:r w:rsidR="00890964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 m</w:t>
                            </w: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inutes</w:t>
                            </w:r>
                            <w:r w:rsidR="00890964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 per person</w:t>
                            </w: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873AF8D" w14:textId="77777777" w:rsidR="00C0117F" w:rsidRPr="00C0117F" w:rsidRDefault="00C0117F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</w:p>
                          <w:p w14:paraId="592279D4" w14:textId="76B56183" w:rsidR="00C0117F" w:rsidRPr="00C0117F" w:rsidRDefault="00C0117F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Polished, radiant </w:t>
                            </w:r>
                            <w:r w:rsidR="00890964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makeup</w:t>
                            </w: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 for</w:t>
                            </w:r>
                          </w:p>
                          <w:p w14:paraId="649C7AF2" w14:textId="7E6FD0BA" w:rsidR="00C0117F" w:rsidRPr="00C0117F" w:rsidRDefault="00C0117F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the people beside you</w:t>
                            </w:r>
                            <w:r w:rsidR="008A57A1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 on your special day</w:t>
                            </w:r>
                            <w:r w:rsidR="00890964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.</w:t>
                            </w:r>
                            <w:r w:rsidR="008A57A1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90964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D</w:t>
                            </w: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esigned to complement</w:t>
                            </w:r>
                            <w:r w:rsidR="008A57A1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 th</w:t>
                            </w: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e</w:t>
                            </w:r>
                            <w:r w:rsidR="008A57A1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bride's timeless look.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E7CB0" id="_x0000_s1028" type="#_x0000_t202" style="position:absolute;left:0;text-align:left;margin-left:167.8pt;margin-top:335.6pt;width:96.3pt;height:106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" fillcolor="#fbf5ee" stroked="f">
                <v:textbox>
                  <w:txbxContent>
                    <w:p w14:paraId="337E1EE3" w14:textId="0C7C3391" w:rsidR="00C0117F" w:rsidRPr="00C0117F" w:rsidRDefault="00C0117F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Allow up to</w:t>
                      </w:r>
                      <w:r w:rsidR="00890964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 </w:t>
                      </w: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60</w:t>
                      </w:r>
                      <w:r w:rsidR="00890964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 m</w:t>
                      </w: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inutes</w:t>
                      </w:r>
                      <w:r w:rsidR="00890964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 per person</w:t>
                      </w: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.</w:t>
                      </w:r>
                    </w:p>
                    <w:p w14:paraId="0873AF8D" w14:textId="77777777" w:rsidR="00C0117F" w:rsidRPr="00C0117F" w:rsidRDefault="00C0117F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</w:p>
                    <w:p w14:paraId="592279D4" w14:textId="76B56183" w:rsidR="00C0117F" w:rsidRPr="00C0117F" w:rsidRDefault="00C0117F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Polished, radiant </w:t>
                      </w:r>
                      <w:r w:rsidR="00890964">
                        <w:rPr>
                          <w:rFonts w:ascii="Garamond" w:hAnsi="Garamond"/>
                          <w:sz w:val="14"/>
                          <w:szCs w:val="14"/>
                        </w:rPr>
                        <w:t>makeup</w:t>
                      </w: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 for</w:t>
                      </w:r>
                    </w:p>
                    <w:p w14:paraId="649C7AF2" w14:textId="7E6FD0BA" w:rsidR="00C0117F" w:rsidRPr="00C0117F" w:rsidRDefault="00C0117F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the people beside you</w:t>
                      </w:r>
                      <w:r w:rsidR="008A57A1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 on your special day</w:t>
                      </w:r>
                      <w:r w:rsidR="00890964">
                        <w:rPr>
                          <w:rFonts w:ascii="Garamond" w:hAnsi="Garamond"/>
                          <w:sz w:val="14"/>
                          <w:szCs w:val="14"/>
                        </w:rPr>
                        <w:t>.</w:t>
                      </w:r>
                      <w:r w:rsidR="008A57A1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 </w:t>
                      </w:r>
                      <w:r w:rsidR="00890964">
                        <w:rPr>
                          <w:rFonts w:ascii="Garamond" w:hAnsi="Garamond"/>
                          <w:sz w:val="14"/>
                          <w:szCs w:val="14"/>
                        </w:rPr>
                        <w:t>D</w:t>
                      </w: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esigned to complement</w:t>
                      </w:r>
                      <w:r w:rsidR="008A57A1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 th</w:t>
                      </w: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e</w:t>
                      </w:r>
                      <w:r w:rsidR="008A57A1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 </w:t>
                      </w: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bride's timeless look.</w:t>
                      </w:r>
                    </w:p>
                  </w:txbxContent>
                </v:textbox>
              </v:shape>
            </w:pict>
          </mc:Fallback>
        </mc:AlternateContent>
      </w:r>
      <w:r w:rsidR="001C6110"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1B72C1B" wp14:editId="34416313">
                <wp:simplePos x="0" y="0"/>
                <wp:positionH relativeFrom="column">
                  <wp:posOffset>111967</wp:posOffset>
                </wp:positionH>
                <wp:positionV relativeFrom="paragraph">
                  <wp:posOffset>4239830</wp:posOffset>
                </wp:positionV>
                <wp:extent cx="1722755" cy="2784255"/>
                <wp:effectExtent l="0" t="0" r="0" b="0"/>
                <wp:wrapNone/>
                <wp:docPr id="696226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784255"/>
                        </a:xfrm>
                        <a:prstGeom prst="rect">
                          <a:avLst/>
                        </a:prstGeom>
                        <a:solidFill>
                          <a:srgbClr val="FBF5E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BA6C4" w14:textId="77777777" w:rsidR="008F0A1D" w:rsidRPr="00C0117F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A fully guided bridal experience, from</w:t>
                            </w:r>
                          </w:p>
                          <w:p w14:paraId="2C8990A2" w14:textId="7FD89D0C" w:rsidR="008F0A1D" w:rsidRPr="00C0117F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your personal </w:t>
                            </w:r>
                            <w:r w:rsidR="00890964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makeup </w:t>
                            </w: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trial through the final</w:t>
                            </w:r>
                          </w:p>
                          <w:p w14:paraId="347E7231" w14:textId="77777777" w:rsidR="008F0A1D" w:rsidRPr="00C0117F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wedding-day touch-up. Every detail is</w:t>
                            </w:r>
                          </w:p>
                          <w:p w14:paraId="71EF8562" w14:textId="77777777" w:rsidR="008F0A1D" w:rsidRPr="00C0117F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tailored to enhance your natural</w:t>
                            </w:r>
                          </w:p>
                          <w:p w14:paraId="0CDCFAAA" w14:textId="77777777" w:rsidR="008F0A1D" w:rsidRPr="00C0117F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radiance and create a polished,</w:t>
                            </w:r>
                          </w:p>
                          <w:p w14:paraId="66193973" w14:textId="1ECEF606" w:rsidR="008F0A1D" w:rsidRPr="00C0117F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camera-ready finish.</w:t>
                            </w:r>
                          </w:p>
                          <w:p w14:paraId="7D0E957D" w14:textId="77777777" w:rsidR="008F0A1D" w:rsidRPr="00C0117F" w:rsidRDefault="008F0A1D" w:rsidP="008A57A1">
                            <w:pPr>
                              <w:spacing w:after="1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</w:p>
                          <w:p w14:paraId="6E71860B" w14:textId="77777777" w:rsidR="008F0A1D" w:rsidRPr="00C0117F" w:rsidRDefault="008F0A1D" w:rsidP="008A57A1">
                            <w:pPr>
                              <w:spacing w:after="120"/>
                              <w:rPr>
                                <w:rFonts w:ascii="Garamond" w:hAnsi="Garamond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b/>
                                <w:bCs/>
                                <w:sz w:val="14"/>
                                <w:szCs w:val="14"/>
                              </w:rPr>
                              <w:t>INCLUDES</w:t>
                            </w:r>
                          </w:p>
                          <w:p w14:paraId="6CDBF258" w14:textId="4A5D0ABB" w:rsidR="008F0A1D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Personal consultation</w:t>
                            </w:r>
                          </w:p>
                          <w:p w14:paraId="4B7B18AB" w14:textId="6F59A8BA" w:rsidR="00ED3350" w:rsidRPr="00C0117F" w:rsidRDefault="00ED3350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Luxurious skin care prep</w:t>
                            </w:r>
                          </w:p>
                          <w:p w14:paraId="3B3AC7F6" w14:textId="04A4F0E7" w:rsidR="008F0A1D" w:rsidRPr="00C0117F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Full bridal </w:t>
                            </w:r>
                            <w:r w:rsidR="00890964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makeup </w:t>
                            </w: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trial</w:t>
                            </w:r>
                          </w:p>
                          <w:p w14:paraId="5915FEAF" w14:textId="3E661731" w:rsidR="008F0A1D" w:rsidRPr="00C0117F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Wedding-day </w:t>
                            </w:r>
                            <w:r w:rsidR="00890964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 xml:space="preserve">makeup </w:t>
                            </w: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application</w:t>
                            </w:r>
                          </w:p>
                          <w:p w14:paraId="775AF89F" w14:textId="182A332E" w:rsidR="008F0A1D" w:rsidRPr="00C0117F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False lashes</w:t>
                            </w:r>
                          </w:p>
                          <w:p w14:paraId="41A732D6" w14:textId="7800F51A" w:rsidR="008F0A1D" w:rsidRPr="00C0117F" w:rsidRDefault="008F0A1D" w:rsidP="008A57A1">
                            <w:pPr>
                              <w:spacing w:after="20"/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</w:pPr>
                            <w:r w:rsidRPr="00C0117F">
                              <w:rPr>
                                <w:rFonts w:ascii="Garamond" w:hAnsi="Garamond"/>
                                <w:sz w:val="14"/>
                                <w:szCs w:val="14"/>
                              </w:rPr>
                              <w:t>Touch-up kit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72C1B" id="_x0000_s1029" type="#_x0000_t202" style="position:absolute;left:0;text-align:left;margin-left:8.8pt;margin-top:333.85pt;width:135.65pt;height:21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" fillcolor="#fbf5ee" stroked="f">
                <v:textbox>
                  <w:txbxContent>
                    <w:p w14:paraId="748BA6C4" w14:textId="77777777" w:rsidR="008F0A1D" w:rsidRPr="00C0117F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A fully guided bridal experience, from</w:t>
                      </w:r>
                    </w:p>
                    <w:p w14:paraId="2C8990A2" w14:textId="7FD89D0C" w:rsidR="008F0A1D" w:rsidRPr="00C0117F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your personal </w:t>
                      </w:r>
                      <w:r w:rsidR="00890964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makeup </w:t>
                      </w: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trial through the final</w:t>
                      </w:r>
                    </w:p>
                    <w:p w14:paraId="347E7231" w14:textId="77777777" w:rsidR="008F0A1D" w:rsidRPr="00C0117F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wedding-day touch-up. Every detail is</w:t>
                      </w:r>
                    </w:p>
                    <w:p w14:paraId="71EF8562" w14:textId="77777777" w:rsidR="008F0A1D" w:rsidRPr="00C0117F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tailored to enhance your natural</w:t>
                      </w:r>
                    </w:p>
                    <w:p w14:paraId="0CDCFAAA" w14:textId="77777777" w:rsidR="008F0A1D" w:rsidRPr="00C0117F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radiance and create a polished,</w:t>
                      </w:r>
                    </w:p>
                    <w:p w14:paraId="66193973" w14:textId="1ECEF606" w:rsidR="008F0A1D" w:rsidRPr="00C0117F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camera-ready finish.</w:t>
                      </w:r>
                    </w:p>
                    <w:p w14:paraId="7D0E957D" w14:textId="77777777" w:rsidR="008F0A1D" w:rsidRPr="00C0117F" w:rsidRDefault="008F0A1D" w:rsidP="008A57A1">
                      <w:pPr>
                        <w:spacing w:after="1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</w:p>
                    <w:p w14:paraId="6E71860B" w14:textId="77777777" w:rsidR="008F0A1D" w:rsidRPr="00C0117F" w:rsidRDefault="008F0A1D" w:rsidP="008A57A1">
                      <w:pPr>
                        <w:spacing w:after="120"/>
                        <w:rPr>
                          <w:rFonts w:ascii="Garamond" w:hAnsi="Garamond"/>
                          <w:b/>
                          <w:bCs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b/>
                          <w:bCs/>
                          <w:sz w:val="14"/>
                          <w:szCs w:val="14"/>
                        </w:rPr>
                        <w:t>INCLUDES</w:t>
                      </w:r>
                    </w:p>
                    <w:p w14:paraId="6CDBF258" w14:textId="4A5D0ABB" w:rsidR="008F0A1D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Personal consultation</w:t>
                      </w:r>
                    </w:p>
                    <w:p w14:paraId="4B7B18AB" w14:textId="6F59A8BA" w:rsidR="00ED3350" w:rsidRPr="00C0117F" w:rsidRDefault="00ED3350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>
                        <w:rPr>
                          <w:rFonts w:ascii="Garamond" w:hAnsi="Garamond"/>
                          <w:sz w:val="14"/>
                          <w:szCs w:val="14"/>
                        </w:rPr>
                        <w:t>Luxurious skin care prep</w:t>
                      </w:r>
                    </w:p>
                    <w:p w14:paraId="3B3AC7F6" w14:textId="04A4F0E7" w:rsidR="008F0A1D" w:rsidRPr="00C0117F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Full bridal </w:t>
                      </w:r>
                      <w:r w:rsidR="00890964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makeup </w:t>
                      </w: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trial</w:t>
                      </w:r>
                    </w:p>
                    <w:p w14:paraId="5915FEAF" w14:textId="3E661731" w:rsidR="008F0A1D" w:rsidRPr="00C0117F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Wedding-day </w:t>
                      </w:r>
                      <w:r w:rsidR="00890964">
                        <w:rPr>
                          <w:rFonts w:ascii="Garamond" w:hAnsi="Garamond"/>
                          <w:sz w:val="14"/>
                          <w:szCs w:val="14"/>
                        </w:rPr>
                        <w:t xml:space="preserve">makeup </w:t>
                      </w: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application</w:t>
                      </w:r>
                    </w:p>
                    <w:p w14:paraId="775AF89F" w14:textId="182A332E" w:rsidR="008F0A1D" w:rsidRPr="00C0117F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False lashes</w:t>
                      </w:r>
                    </w:p>
                    <w:p w14:paraId="41A732D6" w14:textId="7800F51A" w:rsidR="008F0A1D" w:rsidRPr="00C0117F" w:rsidRDefault="008F0A1D" w:rsidP="008A57A1">
                      <w:pPr>
                        <w:spacing w:after="20"/>
                        <w:rPr>
                          <w:rFonts w:ascii="Garamond" w:hAnsi="Garamond"/>
                          <w:sz w:val="14"/>
                          <w:szCs w:val="14"/>
                        </w:rPr>
                      </w:pPr>
                      <w:r w:rsidRPr="00C0117F">
                        <w:rPr>
                          <w:rFonts w:ascii="Garamond" w:hAnsi="Garamond"/>
                          <w:sz w:val="14"/>
                          <w:szCs w:val="14"/>
                        </w:rPr>
                        <w:t>Touch-up kit</w:t>
                      </w:r>
                    </w:p>
                  </w:txbxContent>
                </v:textbox>
              </v:shape>
            </w:pict>
          </mc:Fallback>
        </mc:AlternateContent>
      </w:r>
      <w:r w:rsidR="00794461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DBDDAF9" wp14:editId="7B6DDBBA">
                <wp:simplePos x="0" y="0"/>
                <wp:positionH relativeFrom="column">
                  <wp:posOffset>3705225</wp:posOffset>
                </wp:positionH>
                <wp:positionV relativeFrom="paragraph">
                  <wp:posOffset>3870325</wp:posOffset>
                </wp:positionV>
                <wp:extent cx="1346200" cy="277491"/>
                <wp:effectExtent l="0" t="0" r="6350" b="8890"/>
                <wp:wrapNone/>
                <wp:docPr id="1837699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0" cy="277491"/>
                        </a:xfrm>
                        <a:prstGeom prst="rect">
                          <a:avLst/>
                        </a:prstGeom>
                        <a:solidFill>
                          <a:srgbClr val="FBF5E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41737" w14:textId="00CFF95D" w:rsidR="00C0117F" w:rsidRPr="00C0117F" w:rsidRDefault="00794461" w:rsidP="00794461">
                            <w:pPr>
                              <w:jc w:val="center"/>
                              <w:rPr>
                                <w:rFonts w:ascii="Gabriola" w:hAnsi="Gabriol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abriola" w:hAnsi="Gabriola"/>
                                <w:b/>
                                <w:bCs/>
                                <w:sz w:val="18"/>
                                <w:szCs w:val="18"/>
                              </w:rPr>
                              <w:t>Flower Girl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DDAF9" id="_x0000_s1030" type="#_x0000_t202" style="position:absolute;left:0;text-align:left;margin-left:291.75pt;margin-top:304.75pt;width:106pt;height:21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" fillcolor="#fbf5ee" stroked="f">
                <v:textbox>
                  <w:txbxContent>
                    <w:p w14:paraId="17341737" w14:textId="00CFF95D" w:rsidR="00C0117F" w:rsidRPr="00C0117F" w:rsidRDefault="00794461" w:rsidP="00794461">
                      <w:pPr>
                        <w:jc w:val="center"/>
                        <w:rPr>
                          <w:rFonts w:ascii="Gabriola" w:hAnsi="Gabriol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Gabriola" w:hAnsi="Gabriola"/>
                          <w:b/>
                          <w:bCs/>
                          <w:sz w:val="18"/>
                          <w:szCs w:val="18"/>
                        </w:rPr>
                        <w:t>Flower Girl</w:t>
                      </w:r>
                    </w:p>
                  </w:txbxContent>
                </v:textbox>
              </v:shape>
            </w:pict>
          </mc:Fallback>
        </mc:AlternateContent>
      </w:r>
      <w:r w:rsidR="00C0117F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6C0809F" wp14:editId="693F75F9">
                <wp:simplePos x="0" y="0"/>
                <wp:positionH relativeFrom="column">
                  <wp:posOffset>2071370</wp:posOffset>
                </wp:positionH>
                <wp:positionV relativeFrom="paragraph">
                  <wp:posOffset>3860482</wp:posOffset>
                </wp:positionV>
                <wp:extent cx="1344930" cy="293348"/>
                <wp:effectExtent l="0" t="0" r="7620" b="0"/>
                <wp:wrapNone/>
                <wp:docPr id="15616940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930" cy="293348"/>
                        </a:xfrm>
                        <a:prstGeom prst="rect">
                          <a:avLst/>
                        </a:prstGeom>
                        <a:solidFill>
                          <a:srgbClr val="FBF5E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E547E" w14:textId="01428A3D" w:rsidR="00C0117F" w:rsidRPr="00C0117F" w:rsidRDefault="00C0117F" w:rsidP="00C0117F">
                            <w:pPr>
                              <w:spacing w:after="0"/>
                              <w:jc w:val="center"/>
                              <w:rPr>
                                <w:rFonts w:ascii="Gabriola" w:hAnsi="Gabriol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0117F">
                              <w:rPr>
                                <w:rFonts w:ascii="Gabriola" w:hAnsi="Gabriola"/>
                                <w:b/>
                                <w:bCs/>
                                <w:sz w:val="18"/>
                                <w:szCs w:val="18"/>
                              </w:rPr>
                              <w:t>Bridal Party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0809F" id="_x0000_s1031" type="#_x0000_t202" style="position:absolute;left:0;text-align:left;margin-left:163.1pt;margin-top:303.95pt;width:105.9pt;height:23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" fillcolor="#fbf5ee" stroked="f">
                <v:textbox>
                  <w:txbxContent>
                    <w:p w14:paraId="223E547E" w14:textId="01428A3D" w:rsidR="00C0117F" w:rsidRPr="00C0117F" w:rsidRDefault="00C0117F" w:rsidP="00C0117F">
                      <w:pPr>
                        <w:spacing w:after="0"/>
                        <w:jc w:val="center"/>
                        <w:rPr>
                          <w:rFonts w:ascii="Gabriola" w:hAnsi="Gabriola"/>
                          <w:b/>
                          <w:bCs/>
                          <w:sz w:val="18"/>
                          <w:szCs w:val="18"/>
                        </w:rPr>
                      </w:pPr>
                      <w:r w:rsidRPr="00C0117F">
                        <w:rPr>
                          <w:rFonts w:ascii="Gabriola" w:hAnsi="Gabriola"/>
                          <w:b/>
                          <w:bCs/>
                          <w:sz w:val="18"/>
                          <w:szCs w:val="18"/>
                        </w:rPr>
                        <w:t>Bridal Party</w:t>
                      </w:r>
                    </w:p>
                  </w:txbxContent>
                </v:textbox>
              </v:shape>
            </w:pict>
          </mc:Fallback>
        </mc:AlternateContent>
      </w:r>
      <w:r w:rsidR="00C0117F">
        <w:rPr>
          <w:noProof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13CA7EE0" wp14:editId="42313B16">
                <wp:simplePos x="0" y="0"/>
                <wp:positionH relativeFrom="column">
                  <wp:posOffset>100330</wp:posOffset>
                </wp:positionH>
                <wp:positionV relativeFrom="paragraph">
                  <wp:posOffset>3818666</wp:posOffset>
                </wp:positionV>
                <wp:extent cx="1765300" cy="340918"/>
                <wp:effectExtent l="0" t="0" r="6350" b="25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340918"/>
                        </a:xfrm>
                        <a:prstGeom prst="rect">
                          <a:avLst/>
                        </a:prstGeom>
                        <a:solidFill>
                          <a:srgbClr val="FBF5E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DD230" w14:textId="198188B2" w:rsidR="0032536E" w:rsidRPr="00C0117F" w:rsidRDefault="00C0117F" w:rsidP="0032536E">
                            <w:pPr>
                              <w:jc w:val="center"/>
                              <w:rPr>
                                <w:rFonts w:ascii="Gabriola" w:hAnsi="Gabriola"/>
                                <w:b/>
                                <w:bCs/>
                              </w:rPr>
                            </w:pPr>
                            <w:r w:rsidRPr="00C0117F">
                              <w:rPr>
                                <w:rFonts w:ascii="Gabriola" w:hAnsi="Gabriola"/>
                                <w:b/>
                                <w:bCs/>
                              </w:rPr>
                              <w:t>The Timeless Bridal Package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A7EE0" id="_x0000_s1032" type="#_x0000_t202" style="position:absolute;left:0;text-align:left;margin-left:7.9pt;margin-top:300.7pt;width:139pt;height:26.85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" fillcolor="#fbf5ee" stroked="f">
                <v:textbox>
                  <w:txbxContent>
                    <w:p w14:paraId="27ADD230" w14:textId="198188B2" w:rsidR="0032536E" w:rsidRPr="00C0117F" w:rsidRDefault="00C0117F" w:rsidP="0032536E">
                      <w:pPr>
                        <w:jc w:val="center"/>
                        <w:rPr>
                          <w:rFonts w:ascii="Gabriola" w:hAnsi="Gabriola"/>
                          <w:b/>
                          <w:bCs/>
                        </w:rPr>
                      </w:pPr>
                      <w:r w:rsidRPr="00C0117F">
                        <w:rPr>
                          <w:rFonts w:ascii="Gabriola" w:hAnsi="Gabriola"/>
                          <w:b/>
                          <w:bCs/>
                        </w:rPr>
                        <w:t>The Timeless Bridal Package</w:t>
                      </w:r>
                    </w:p>
                  </w:txbxContent>
                </v:textbox>
              </v:shape>
            </w:pict>
          </mc:Fallback>
        </mc:AlternateContent>
      </w:r>
      <w:r w:rsidR="0032536E">
        <w:rPr>
          <w:noProof/>
        </w:rPr>
        <w:drawing>
          <wp:inline distT="0" distB="0" distL="0" distR="0" wp14:anchorId="4E7974E7" wp14:editId="5C269CD2">
            <wp:extent cx="5486400" cy="7315200"/>
            <wp:effectExtent l="0" t="0" r="0" b="0"/>
            <wp:docPr id="1" name="Picture 1" descr="MoDesigns Timeless Bridal Collection brochure with three bridal service packages and elegant typograph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signs_revise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570F" w:rsidSect="00034616">
      <w:pgSz w:w="8640" w:h="1152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4712714">
    <w:abstractNumId w:val="8"/>
  </w:num>
  <w:num w:numId="2" w16cid:durableId="215437132">
    <w:abstractNumId w:val="6"/>
  </w:num>
  <w:num w:numId="3" w16cid:durableId="1891571367">
    <w:abstractNumId w:val="5"/>
  </w:num>
  <w:num w:numId="4" w16cid:durableId="1484587709">
    <w:abstractNumId w:val="4"/>
  </w:num>
  <w:num w:numId="5" w16cid:durableId="1116488625">
    <w:abstractNumId w:val="7"/>
  </w:num>
  <w:num w:numId="6" w16cid:durableId="1520854892">
    <w:abstractNumId w:val="3"/>
  </w:num>
  <w:num w:numId="7" w16cid:durableId="1676686437">
    <w:abstractNumId w:val="2"/>
  </w:num>
  <w:num w:numId="8" w16cid:durableId="1536234574">
    <w:abstractNumId w:val="1"/>
  </w:num>
  <w:num w:numId="9" w16cid:durableId="1145901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6110"/>
    <w:rsid w:val="0029639D"/>
    <w:rsid w:val="0032536E"/>
    <w:rsid w:val="00326F90"/>
    <w:rsid w:val="00335B64"/>
    <w:rsid w:val="00360247"/>
    <w:rsid w:val="00620722"/>
    <w:rsid w:val="006C7364"/>
    <w:rsid w:val="00794461"/>
    <w:rsid w:val="00890964"/>
    <w:rsid w:val="008A57A1"/>
    <w:rsid w:val="008F0A1D"/>
    <w:rsid w:val="0091489E"/>
    <w:rsid w:val="00A57318"/>
    <w:rsid w:val="00AA1D8D"/>
    <w:rsid w:val="00B47730"/>
    <w:rsid w:val="00C0117F"/>
    <w:rsid w:val="00CB0664"/>
    <w:rsid w:val="00D1570F"/>
    <w:rsid w:val="00D64F1A"/>
    <w:rsid w:val="00E869EA"/>
    <w:rsid w:val="00EA02C6"/>
    <w:rsid w:val="00ED3350"/>
    <w:rsid w:val="00FB1E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75AF5D"/>
  <w14:defaultImageDpi w14:val="300"/>
  <w15:docId w15:val="{03B87A0C-D116-4ECC-89E5-071F2AF3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MoDesigns Wedding Packages - Elegant Typography</vt:lpstr>
    </vt:vector>
  </TitlesOfParts>
  <Manager/>
  <Company/>
  <LinksUpToDate>false</LinksUpToDate>
  <CharactersWithSpaces>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MoDesigns Wedding Packages - Elegant Typography</dc:title>
  <dc:subject>The Timeless Bridal Collection brochure</dc:subject>
  <dc:creator>Meyer, Ben</dc:creator>
  <cp:keywords>bridal, wedding, beauty packages, MoDesigns</cp:keywords>
  <dc:description/>
  <cp:lastModifiedBy>Meyer, Ben</cp:lastModifiedBy>
  <cp:revision>4</cp:revision>
  <dcterms:created xsi:type="dcterms:W3CDTF">2026-10-23T21:27:00Z</dcterms:created>
  <dcterms:modified xsi:type="dcterms:W3CDTF">2026-10-23T21:29:00Z</dcterms:modified>
  <cp:category/>
</cp:coreProperties>
</file>